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🛒 יוצאים לקניות – צרכנות נבונה בכל הרמות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הצרכן הנבון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מושגי יסוד בצרכנות כמו מבצעים, מע״מ ותשלומים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חישובים צרכניים פשוטים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לפתח חשיבה ביקורתית לפני קנייה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חלק א: שאלות אמריקאיות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קונים מוצר אחד ומקבלים מוצר נוסף בחינם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מס שמתווסף למחיר המוצר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ג – מחלקים את הסכום הכולל למספר תשלומים לאורך זמן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לתכנן כמה כסף אפשר להוציא על דברים מסוימים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ג – יותר מ-100 שקל, כי מתווסף מע״מ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ב – להשוות מחירים ולבדוק אם יש מבצע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חלק ב: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זה תלוי בכמות המוצרים שבאמת צריך הקונה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זהו מס כללי שחל על מוצרים ושירותים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לפעמים יש תוספת עלות על פריסת תשלומים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תקציב הוא כלי לתכנון הוצאות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לא נכון – צרכן נבון בודק תמיד את המחיר הסופי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לא נכון – אפשר לתכנן תקציב גם לדמי כיס או כסף אחר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חלק ג: השלמת משפטים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בחינם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מע״מ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תשלומים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תקציב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השוות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נבון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חלק ד: התאמה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(מקבלים מוצר נוסף בחינם)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(מס שמתווסף למחיר)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ה (חלוקת הסכום לאורך זמן)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(תכנון ההוצאות מראש)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ג (בודק ומשווה לפני קנייה)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חלק ה: סדר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קובעים תקציב לקנייה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משווים מחירים בין חנויות שונות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בודקים אם יש מבצע מתאים כמו 1+1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מחשבים את המחיר הסופי כולל מע״מ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מחליטים אם לשלם בתשלום אחד או בתשלומים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חלק ו: שאלות פתוחות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תלמידים יסבירו שאם הצרכן לא צריך שני מוצרים, הוא בעצם מוציא כסף מיותר גם אם קיבל פריט נוסף בחינם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תלמידים יכתבו טיפ הגיוני כמו לכתוב רשימת קניות מראש או לעקוב אחרי ההוצאות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הנחה מורידה את המחיר הכולל של המוצר, בעוד שתשלומים רק מחלקים את אותו סכום לאורך זמן בלי להוריד את המחיר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התלמיד מבין שבמבצע 1+1 מקבלים מוצר נוסף בעוד שהנחה מורידה את המחיר הקיים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התלמיד יודע שמע״מ הוא מס שמתווסף למחיר מוצרים ושירותים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התלמיד מבין שתקציב עוזר לתכנן ולשלוט בהוצאות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לקשר את הדף לתחנות חדר הבריחה ולבקש מהתלמידים לפתור אותן בזוגות לפני מילוי הדף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להביא דוגמאות מחירים אמיתיים מהסופר כדי להמחיש את חישובי המע״מ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המתקשים אפשר לדלג על השאלות המסומנות ולהתמקד בהבנת המושגים הבסיסיים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🛒 יוצאים לקניות – צרכנות נבונה בכל הרמות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הצרכן הנבון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בדף זה נתרגל ארבעה נושאים מרכזיים בצרכנות נבונה: מבצעי 1+1, מע״מ, תשלומים ותקציב, בדיוק כמו בתחנות חדר הבריחה.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חלק א: שאלות אמריקאיות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המשמעות של מבצע 1+1?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קונים שני מוצרים ומקבלים הנחה של 50% על שניהם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קונים מוצר אחד ומקבלים מוצר נוסף בחינם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קונים מוצר ומקבלים כרטיס הנחה לפעם הבאה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קונים שני מוצרים במחיר של שלושה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מע״מ הוא: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הנחה שניתנת לחברי מועדון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מס שמתווסף למחיר המוצר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בונוס שמקבלים בקנייה גדולה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תשלום עבור משלוח המוצר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כאשר קונים מוצר בתשלומים, מה קורה?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משלמים את כל הסכום פעם אחת מראש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מקבלים את המוצר בחינם אחרי זמן מסוים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מחלקים את הסכום הכולל למספר תשלומים לאורך זמן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משלמים רק מחצית מהמחיר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תקציב משמש אותנו כדי: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להרוויח יותר כסף בעבודה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לתכנן כמה כסף אפשר להוציא על דברים מסוימים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לקבל הנחה אוטומטית בכל קנייה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לבטל את חובת תשלום המע״מ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מוצר שעולה 100 שקל לפני מע״מ, לרוב יעלה בפועל: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פחות מ-100 שקל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בדיוק 100 שקל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יותר מ-100 שקל, כי מתווסף מע״מ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המחיר לא קשור למע״מ בכלל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צרכן נבון לפני קנייה גדולה צריך: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לקנות מיד בלי לבדוק מחירים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להשוות מחירים ולבדוק אם יש מבצע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לקנות רק במבצעי 1+1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לשלם תמיד בתשלומים רבים ככל האפשר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חלק ב: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מבצע 1+1 תמיד משתלם יותר מהנחה של 50%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מע״מ מתווסף למחיר של רוב המוצרים והשירותים בארץ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קנייה בתשלומים רבים תמיד זולה יותר מתשלום מיידי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תקציב עוזר לצרכן לדעת כמה כסף נשאר לו להוציא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צרכן נבון קונה בלי לבדוק את המחיר הסופי כולל מע״מ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אפשר לתכנן תקציב רק לכסף שמרוויחים בעבודה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חלק ג: השלמת משפטים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במבצע 1+1 מקבלים מוצר נוסף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__________ הוא מס שמתווסף למחיר המוצרים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כשחולקים את הסכום הכולל למספר חלקים לאורך זמן, זה נקרא קנייה ב__________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כדי לדעת כמה כסף אפשר להוציא, מתכננים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לפני קנייה כדאי ל__________ בין מחירים שונים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6. צרכן __________ בודק את המחיר הסופי כולל מע״מ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חלק ד: 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מבצע 1+1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מס שמתווסף למחיר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מע״מ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תכנון ההוצאות מראש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תשלומים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בודק ומשווה לפני קנייה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תקציב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מקבלים מוצר נוסף בחינם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צרכן נבון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חלוקת הסכום לאורך זמן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חלק ה: סדר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מחליטים אם לשלם בתשלום אחד או בתשלומים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בודקים אם יש מבצע מתאים כמו 1+1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מחשבים את המחיר הסופי כולל מע״מ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משווים מחירים בין חנויות שונות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קובעים תקציב לקנייה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חלק ו: שאלות פתוחות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תארו מצב שבו מבצע 1+1 לא באמת משתלם לצרכן, ולמה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כתבו טיפ אחד לצרכן נבון שרוצה לשמור על תקציב חודשי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הסבירו במילים שלכם מה ההבדל בין הנחה לבין תשלומים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ההבדל בין מבצע 1+1 להנחה רגילה?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מהו מע״מ ולמה הוא מתווסף למחיר?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למה חשוב לתכנן תקציב לפני קנייה?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הצרכן הנבון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