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הצרכן הנבון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בצרכנות כמו מבצעים, מע״מ ותשלומים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חישובים צרכניים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א: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קונים מוצר אחד ומקבלים מוצר נוסף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 שמתווסף למחיר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מחלקים את הסכום הכולל למספר תשלומים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לתכנן כמה כסף אפשר להוציא על דברים מסוימים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יותר מ-100 שקל, כי מתווסף מע״מ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להשוות מחירים ולבדוק אם יש מבצע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תלוי בכמות המוצרים שבאמת צריך הקונה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מס כללי שחל על מוצרים ושירותים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לפעמים יש תוספת עלות על פריסת תשלומים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תקציב הוא כלי לתכנון הוצאות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צרכן נבון בודק תמיד את המחיר הסופי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אפשר לתכנן תקציב גם לדמי כיס או כסף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ג: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תשלומים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ד: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(מקבלים מוצר נוסף בחינם)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 שמתווסף למחיר)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(חלוקת הסכום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(תכנון ההוצאות מראש)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(בודק ומשווה לפני קנייה)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ה: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קובעים תקציב לקנייה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משווים מחירים בין חנויות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יש מבצע מתאים כמו 1+1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מחשבים את המחיר הסופי כולל מע״מ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מחליטים אם לשלם בתשלום אחד או בתשלומים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ו: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יסבירו שאם הצרכן לא צריך שני מוצרים, הוא בעצם מוציא כסף מיותר גם אם קיבל פריט נוסף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יכתבו טיפ הגיוני כמו לכתוב רשימת קניות מראש או לעקוב אחרי ההוצאות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הנחה מורידה את המחיר הכולל של המוצר, בעוד שתשלומים רק מחלקים את אותו סכום לאורך זמן בלי להוריד את המחיר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שבמבצע 1+1 מקבלים מוצר נוסף בעוד שהנחה מורידה את המחיר הקיים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שמע״מ הוא מס שמתווסף למחיר מוצרים ושירותים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שתקציב עוזר לתכנן ולשלוט בהוצאות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לתחנות חדר הבריחה ולבקש מהתלמידים לפתור אותן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מחירים אמיתיים מהסופר כדי להמחיש את חישובי המע״מ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השאלות המסומנות ולהתמקד בהבנת המושגים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הצרכן הנבון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קניות חכמות: מבצעים, מע״מ, תשלומים ותקציב. זה יעזור לכם לקנות בחוכמה.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 1+1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קונים מוצר אחד ומקבלים מוצר נוסף בחינם או בהנחה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 שמתווסף למחיר מוצרים ושירותים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תשלומים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סכום הקנייה למספר חלקים לאורך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כסף מתוכנן שאפשר להוציא על דברים מסוימים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הורדה במחיר המקורי של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צרכן נבון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שבודק ומשווה לפני שהוא קונה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לפני מע״מ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המחיר של המוצר בלי המס שמתווסף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 חודשי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שמתוכנן להוצאות של חודש שלם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א: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מבצע 1+1?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קונים שני מוצרים ומקבלים הנחה של 50% על שניהם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קונים מוצר אחד ומקבלים מוצר נוסף בחינם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קונים מוצר ומקבלים כרטיס הנחה לפעם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קונים שני מוצרים במחיר של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מע״מ?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הנחה שניתנת לחברי מועדון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 שמתווסף למחיר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בונוס שמקבלים בקנייה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תשלום עבור משלוח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לקנות בתשלומים?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משלמים את כל הסכום פעם אחת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מקבלים את המוצר בחינם אחרי זמן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מחלקים את הסכום הכולל למספר תשלומים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משלמים רק מחצית מהמחיר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צריך 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להרוויח יותר כסף בעבודה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לתכנן כמה כסף אפשר להוציא על דברים מסוימים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הנחה אוטומטית בכל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חובת תשלום המע״מ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למחיר אחרי שמוסיפים מע״מ?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פחות מ-100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בדיוק 100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יותר מ-100 שקל, כי מתווסף מע״מ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לא קשור למע״מ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עושה צרכן נבון לפני 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מיד בלי לבדוק 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להשוות מחירים ולבדוק אם יש 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רק במבצעי 1+1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לשלם תמיד בתשלומים רבים ככל האפשר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1+1 תמיד משתלם יותר מהנחה של 50%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מע״מ מתווסף למחיר של רוב המוצרים והשירותים בארץ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בתשלומים רבים תמיד זולה יותר מתשלום מיידי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תקציב עוזר לצרכן לדעת כמה כסף נשאר לו להוציא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צרכן נבון קונה בלי לבדוק את המחיר הסופי כולל מע״מ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לתכנן תקציב רק לכסף שמרוויחים בעבודה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ג: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במבצע 1+1 מקבלים מוצר נוסף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מס שמתווסף למחיר המוצרים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כשחולקים את הסכום הכולל למספר חלקים לאורך זמן, זה נקרא קנייה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לדעת כמה כסף אפשר להוציא, מתכננים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קנייה כדאי ל__________ בין מחירים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צרכן __________ בודק את המחיר הסופי כולל מע״מ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ד: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מבצע 1+1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בודק ומשווה לפני קנייה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תכנון ההוצאות מראש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תשלומים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 שמתווסף למחיר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מקבלים מוצר נוסף בחינם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צרכן נבון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חלוקת הסכום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ה: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 את המחיר הסופי כולל מע״מ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אם לשלם בתשלום אחד או בתשלומים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משווים מחירים בין חנויות שונות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תקציב לקנייה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מבצע מתאים כמו 1+1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ו: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מבצע 1+1 לא באמת משתלם לצרכן,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טיפ אחד לצרכן נבון שרוצה לשמור על תקציב חודשי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ההבדל בין הנחה לבין תשלומים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מבצע 1+1 להנחה רגילה?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מע״מ ולמה הוא מתווסף למחיר?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לתכנן תקציב לפני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הצרכן הנבון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