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הצרכן הנבון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בצרכנות כמו מבצעים, מע״מ ותשלומים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צרכניים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קונים מוצר אחד ומקבלים מוצר נוסף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 שמתווסף למחיר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מחלקים את הסכום הכולל למספר תשלומים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תלוי בכמות המוצרים שבאמת צריך הקונה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מס כללי שחל על מוצרים ושירותים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תקציב הוא כלי לתכנון הוצאות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(מקבלים מוצר נוסף בחינם)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 שמתווסף למחיר)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(חלוקת הסכום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(תכנון ההוצאות מראש)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תקציב לקנייה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משווים מחירים בין חנויות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יש מבצע מתאים כמו 1+1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מחשבים את המחיר הסופי כולל מע״מ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טיפ הגיוני כמו לכתוב רשימת קניות מראש או לעקוב אחרי ההוצאות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שבמבצע 1+1 מקבלים מוצר נוסף בעוד שהנחה מורידה את המחיר הקיים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שמע״מ הוא מס שמתווסף למחיר מוצרים ושירותים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שתקציב עוזר לתכנן ולשלוט בהוצאות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לתחנות חדר הבריחה ולבקש מהתלמידים לפתור אותן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מחירים אמיתיים מהסופר כדי להמחיש את חישובי המע״מ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השאלות המסומנות ולהתמקד בהבנת המושגים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הצרכן הנבון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ארבעה נושאים מרכזיים בצרכנות נבונה: מבצעי 1+1, מע״מ, תשלומים ותקציב, בדיוק כמו בתחנות חדר הבריחה.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מע״מ  ·  תשלומים  ·  בחינם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א: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מבצע 1+1?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קונים שני מוצרים ומקבלים הנחה של 50% על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קונים מוצר אחד ומקבלים מוצר נוסף בחינם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קונים מוצר ומקבלים כרטיס הנחה לפעם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מע״מ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הנחה שניתנת לחברי מועדון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 שמתווסף למחיר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בונוס שמקבלים בקנייה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כאשר קונים מוצר בתשלומים, מה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משלמים את כל הסכום פעם אחת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מקבלים את המוצר בחינם אחרי זמן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מחלקים את הסכום הכולל למספר תשלומים לאורך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 1+1 תמיד משתלם יותר מהנחה של 50%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מע״מ מתווסף למחיר של רוב המוצרים והשירותים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תקציב עוזר לצרכן לדעת כמה כסף נשאר לו להוציא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ג: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במבצע 1+1 מקבלים מוצר נוסף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מס שמתווסף למחיר המוצרים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כשחולקים את הסכום הכולל למספר חלקים לאורך זמן, זה נקרא קנייה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 שמתווסף למחיר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מקבלים מוצר נוסף בחינם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תשלומים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תכנון ההוצאות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חלוקת הסכום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ה: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מחשבים את המחיר הסופי כולל מע״מ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מבצע מתאים כמו 1+1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תקציב לקנייה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משווים מחירים בין חנויות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ו: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טיפ אחד לצרכן נבון שרוצה לשמור על תקציב חודשי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מבצע 1+1 להנחה רגילה?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מע״מ ולמה הוא מתווסף למחיר?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הצרכן הנבון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